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4F2E" w14:textId="7C49FE7A" w:rsidR="009135E4" w:rsidRPr="008357AC" w:rsidRDefault="009135E4" w:rsidP="008357AC">
      <w:pPr>
        <w:pStyle w:val="Ttulo2"/>
        <w:jc w:val="center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Requisitos para fungir como director(a) de tesis y postular aspirantes al DCB</w:t>
      </w:r>
    </w:p>
    <w:p w14:paraId="24EDB185" w14:textId="04657AD8" w:rsidR="00BA66AB" w:rsidRPr="008357AC" w:rsidRDefault="00000000" w:rsidP="009135E4">
      <w:pPr>
        <w:pStyle w:val="Ttulo2"/>
        <w:jc w:val="both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1. Requisitos Académicos </w:t>
      </w:r>
    </w:p>
    <w:p w14:paraId="02194B80" w14:textId="68D92D1F" w:rsidR="0003147E" w:rsidRPr="00527AC0" w:rsidRDefault="0003147E" w:rsidP="008357AC">
      <w:pPr>
        <w:pStyle w:val="Prrafodelista"/>
        <w:numPr>
          <w:ilvl w:val="0"/>
          <w:numId w:val="13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Contar con grado académico de doctorado y, demostrar experiencia en </w:t>
      </w:r>
      <w:r w:rsidR="00FD2775" w:rsidRPr="00527AC0">
        <w:rPr>
          <w:rFonts w:ascii="Times New Roman" w:hAnsi="Times New Roman" w:cs="Times New Roman"/>
          <w:sz w:val="24"/>
          <w:szCs w:val="24"/>
          <w:lang w:val="es-ES_tradnl"/>
        </w:rPr>
        <w:t>dirección/codirección de tesis a nivel de doctorado.</w:t>
      </w:r>
    </w:p>
    <w:p w14:paraId="45509EE9" w14:textId="027016C1" w:rsidR="0003147E" w:rsidRPr="00527AC0" w:rsidRDefault="0003147E" w:rsidP="008357AC">
      <w:pPr>
        <w:pStyle w:val="Prrafodelista"/>
        <w:numPr>
          <w:ilvl w:val="0"/>
          <w:numId w:val="13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Poseer una trayectoria académica y de investigación relacionada con la</w:t>
      </w:r>
      <w:r w:rsidR="00B67B54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s LGAC del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doctorado</w:t>
      </w:r>
      <w:r w:rsidR="00FD2775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, demostrable </w:t>
      </w:r>
      <w:r w:rsidR="00B67B54" w:rsidRPr="00527AC0">
        <w:rPr>
          <w:rFonts w:ascii="Times New Roman" w:hAnsi="Times New Roman" w:cs="Times New Roman"/>
          <w:sz w:val="24"/>
          <w:szCs w:val="24"/>
          <w:lang w:val="es-ES_tradnl"/>
        </w:rPr>
        <w:t>mediante</w:t>
      </w:r>
      <w:r w:rsidR="00FD2775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artículos publicados. </w:t>
      </w:r>
    </w:p>
    <w:p w14:paraId="65D63DE0" w14:textId="4968B2DE" w:rsidR="0003147E" w:rsidRPr="00527AC0" w:rsidRDefault="0003147E" w:rsidP="008357AC">
      <w:pPr>
        <w:pStyle w:val="Prrafodelista"/>
        <w:numPr>
          <w:ilvl w:val="0"/>
          <w:numId w:val="1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Contar con </w:t>
      </w:r>
      <w:r w:rsidR="0012037B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una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adscripción </w:t>
      </w:r>
      <w:r w:rsidR="00BB7E1F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definitiva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vigente </w:t>
      </w:r>
      <w:r w:rsidR="0012037B" w:rsidRPr="00527AC0">
        <w:rPr>
          <w:rFonts w:ascii="Times New Roman" w:hAnsi="Times New Roman" w:cs="Times New Roman"/>
          <w:sz w:val="24"/>
          <w:szCs w:val="24"/>
          <w:lang w:val="es-ES_tradnl"/>
        </w:rPr>
        <w:t>en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una institución pública o privada </w:t>
      </w:r>
      <w:r w:rsidR="00B67B54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de educación superior, </w:t>
      </w:r>
      <w:r w:rsidR="006C6D97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en </w:t>
      </w:r>
      <w:r w:rsidR="00B67B54" w:rsidRPr="00527AC0">
        <w:rPr>
          <w:rFonts w:ascii="Times New Roman" w:hAnsi="Times New Roman" w:cs="Times New Roman"/>
          <w:sz w:val="24"/>
          <w:szCs w:val="24"/>
          <w:lang w:val="es-ES_tradnl"/>
        </w:rPr>
        <w:t>centros de investigación o de salud.</w:t>
      </w:r>
    </w:p>
    <w:p w14:paraId="2729A9D8" w14:textId="366DFFA0" w:rsidR="0003147E" w:rsidRPr="00527AC0" w:rsidRDefault="00000000" w:rsidP="008357AC">
      <w:pPr>
        <w:pStyle w:val="Prrafodelista"/>
        <w:numPr>
          <w:ilvl w:val="0"/>
          <w:numId w:val="1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35E4" w:rsidRPr="00527AC0">
        <w:rPr>
          <w:rFonts w:ascii="Times New Roman" w:hAnsi="Times New Roman" w:cs="Times New Roman"/>
          <w:sz w:val="24"/>
          <w:szCs w:val="24"/>
          <w:lang w:val="es-ES_tradnl"/>
        </w:rPr>
        <w:t>Pertenecer al SNII</w:t>
      </w:r>
      <w:r w:rsidR="006C6D97" w:rsidRPr="00527AC0">
        <w:rPr>
          <w:rFonts w:ascii="Times New Roman" w:hAnsi="Times New Roman" w:cs="Times New Roman"/>
          <w:sz w:val="24"/>
          <w:szCs w:val="24"/>
          <w:lang w:val="es-ES_tradnl"/>
        </w:rPr>
        <w:t>, en el nivel I o superior</w:t>
      </w:r>
      <w:r w:rsidR="0012037B" w:rsidRPr="00527AC0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EF02ECB" w14:textId="43394D0A" w:rsidR="0003147E" w:rsidRPr="00527AC0" w:rsidRDefault="00000000" w:rsidP="008357AC">
      <w:pPr>
        <w:pStyle w:val="Prrafodelista"/>
        <w:numPr>
          <w:ilvl w:val="0"/>
          <w:numId w:val="12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Solicitar formalmente la acreditación ante el Comité </w:t>
      </w:r>
      <w:r w:rsidR="009135E4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de Admisión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del programa</w:t>
      </w:r>
      <w:r w:rsidR="00BB7E1F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, anexando </w:t>
      </w:r>
      <w:r w:rsidR="009135E4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la siguiente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documentación: CV actualizado, </w:t>
      </w:r>
      <w:r w:rsidR="0003147E" w:rsidRPr="00527AC0">
        <w:rPr>
          <w:rFonts w:ascii="Times New Roman" w:hAnsi="Times New Roman" w:cs="Times New Roman"/>
          <w:sz w:val="24"/>
          <w:szCs w:val="24"/>
          <w:lang w:val="es-ES_tradnl"/>
        </w:rPr>
        <w:t>copia de</w:t>
      </w:r>
      <w:r w:rsidR="00BB7E1F" w:rsidRPr="00527AC0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03147E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grado académico</w:t>
      </w:r>
      <w:r w:rsidR="00BB7E1F" w:rsidRPr="00527AC0">
        <w:rPr>
          <w:rFonts w:ascii="Times New Roman" w:hAnsi="Times New Roman" w:cs="Times New Roman"/>
          <w:sz w:val="24"/>
          <w:szCs w:val="24"/>
          <w:lang w:val="es-ES_tradnl"/>
        </w:rPr>
        <w:t>, nombramiento vigente del SNII</w:t>
      </w:r>
      <w:r w:rsidR="009135E4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y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evidencia de producción científica</w:t>
      </w:r>
      <w:r w:rsidR="00BB7E1F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 de los últimos cinco años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7C25BFA1" w14:textId="623F3C10" w:rsidR="00BA66AB" w:rsidRPr="00527AC0" w:rsidRDefault="00000000" w:rsidP="008357AC">
      <w:pPr>
        <w:pStyle w:val="Prrafodelista"/>
        <w:numPr>
          <w:ilvl w:val="0"/>
          <w:numId w:val="12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Firma de carta compromiso.</w:t>
      </w:r>
    </w:p>
    <w:p w14:paraId="7120F858" w14:textId="2796B8A2" w:rsidR="008634ED" w:rsidRDefault="00E34B41" w:rsidP="008357AC">
      <w:pPr>
        <w:pStyle w:val="Prrafodelista"/>
        <w:numPr>
          <w:ilvl w:val="0"/>
          <w:numId w:val="12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Participar en las actividades académicas y administrativas </w:t>
      </w:r>
      <w:r w:rsidR="008634ED" w:rsidRPr="00527AC0">
        <w:rPr>
          <w:rFonts w:ascii="Times New Roman" w:hAnsi="Times New Roman" w:cs="Times New Roman"/>
          <w:sz w:val="24"/>
          <w:szCs w:val="24"/>
          <w:lang w:val="es-ES_tradnl"/>
        </w:rPr>
        <w:t xml:space="preserve">a solicitud de la coordinación </w:t>
      </w:r>
      <w:r w:rsidRPr="00527AC0">
        <w:rPr>
          <w:rFonts w:ascii="Times New Roman" w:hAnsi="Times New Roman" w:cs="Times New Roman"/>
          <w:sz w:val="24"/>
          <w:szCs w:val="24"/>
          <w:lang w:val="es-ES_tradnl"/>
        </w:rPr>
        <w:t>del programa de doctorado.</w:t>
      </w:r>
    </w:p>
    <w:p w14:paraId="72831C4B" w14:textId="477845B4" w:rsidR="00734B99" w:rsidRDefault="00734B99" w:rsidP="00734B99">
      <w:pPr>
        <w:spacing w:before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2D3327FD" w14:textId="77777777" w:rsidR="00FB7E75" w:rsidRPr="00734B99" w:rsidRDefault="00FB7E75" w:rsidP="00734B99">
      <w:pPr>
        <w:spacing w:before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5C35F82A" w14:textId="77777777" w:rsidR="008634ED" w:rsidRPr="008357AC" w:rsidRDefault="008634ED" w:rsidP="008357AC">
      <w:pPr>
        <w:spacing w:before="240"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 w:type="page"/>
      </w:r>
    </w:p>
    <w:p w14:paraId="1B9A9F8B" w14:textId="36038C8D" w:rsidR="00DA1849" w:rsidRPr="008357AC" w:rsidRDefault="00DA1849" w:rsidP="00DA18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lastRenderedPageBreak/>
        <w:t xml:space="preserve">CARTA </w:t>
      </w:r>
      <w:r w:rsidR="008634ED"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DE POSTULACIÓN DE ASPIRANTE Y </w:t>
      </w:r>
      <w:r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COMPROMISO</w:t>
      </w:r>
      <w:r w:rsidR="008634ED"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DEL DIRECTOR</w:t>
      </w:r>
      <w:r w:rsidR="00014201"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(A)</w:t>
      </w:r>
      <w:r w:rsidR="008634ED" w:rsidRPr="008357A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DE TESIS</w:t>
      </w:r>
    </w:p>
    <w:p w14:paraId="6986B256" w14:textId="1D5948C8" w:rsidR="00DA1849" w:rsidRPr="008357AC" w:rsidRDefault="00DA1849" w:rsidP="00DA1849">
      <w:pPr>
        <w:jc w:val="right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Lugar y fecha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</w:r>
    </w:p>
    <w:p w14:paraId="6F747F48" w14:textId="37A057E9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Comité de Admisión</w:t>
      </w:r>
    </w:p>
    <w:p w14:paraId="6343D887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Doctorado en Ciencias Biomédicas (DCB)</w:t>
      </w:r>
    </w:p>
    <w:p w14:paraId="3CD6981F" w14:textId="6077BF79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</w:r>
    </w:p>
    <w:p w14:paraId="2913175A" w14:textId="03002A49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Por medio de la presente, yo, Dr</w:t>
      </w:r>
      <w:r w:rsidR="00C1338C" w:rsidRPr="008357A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(a). ______________________________, adscrito(a) a ______________________________, manifiesto mi interés y disposición para fungir como Director(a) de Tesis del(la) aspirante ______________________________, quien participa en el proceso </w:t>
      </w:r>
      <w:r w:rsidR="00026282" w:rsidRPr="008357AC">
        <w:rPr>
          <w:rFonts w:ascii="Times New Roman" w:hAnsi="Times New Roman" w:cs="Times New Roman"/>
          <w:sz w:val="24"/>
          <w:szCs w:val="24"/>
          <w:lang w:val="es-ES_tradnl"/>
        </w:rPr>
        <w:t>de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ingreso al Doctorado en Ciencias Biomédicas.</w:t>
      </w:r>
    </w:p>
    <w:p w14:paraId="242C0FEC" w14:textId="00B3B23E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  <w:t>En caso de que el(la) aspirante sea aceptado(a) en el programa, me comprometo formalmente a:</w:t>
      </w:r>
    </w:p>
    <w:p w14:paraId="52CA5927" w14:textId="6BE8AB76" w:rsidR="00156264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1. 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>Conocer los requerimientos académicos</w:t>
      </w:r>
      <w:r w:rsidR="007E5876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y los procesos administrativos que deben cumplir </w:t>
      </w:r>
      <w:r w:rsidR="00C1338C" w:rsidRPr="008357AC">
        <w:rPr>
          <w:rFonts w:ascii="Times New Roman" w:hAnsi="Times New Roman" w:cs="Times New Roman"/>
          <w:sz w:val="24"/>
          <w:szCs w:val="24"/>
          <w:lang w:val="es-ES_tradnl"/>
        </w:rPr>
        <w:t>las/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los estudiantes 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>a lo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la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>rgo de su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trayectoria escolar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>, para la permanencia</w:t>
      </w:r>
      <w:r w:rsidR="00C20790" w:rsidRPr="008357A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8775F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>egre</w:t>
      </w:r>
      <w:r w:rsidR="00C20790" w:rsidRPr="008357AC">
        <w:rPr>
          <w:rFonts w:ascii="Times New Roman" w:hAnsi="Times New Roman" w:cs="Times New Roman"/>
          <w:sz w:val="24"/>
          <w:szCs w:val="24"/>
          <w:lang w:val="es-ES_tradnl"/>
        </w:rPr>
        <w:t>s</w:t>
      </w:r>
      <w:r w:rsidR="005652AD" w:rsidRPr="008357AC">
        <w:rPr>
          <w:rFonts w:ascii="Times New Roman" w:hAnsi="Times New Roman" w:cs="Times New Roman"/>
          <w:sz w:val="24"/>
          <w:szCs w:val="24"/>
          <w:lang w:val="es-ES_tradnl"/>
        </w:rPr>
        <w:t>o del programa</w:t>
      </w:r>
      <w:r w:rsidR="00C20790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78775F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C20790" w:rsidRPr="008357AC">
        <w:rPr>
          <w:rFonts w:ascii="Times New Roman" w:hAnsi="Times New Roman" w:cs="Times New Roman"/>
          <w:sz w:val="24"/>
          <w:szCs w:val="24"/>
          <w:lang w:val="es-ES_tradnl"/>
        </w:rPr>
        <w:t>obtención de</w:t>
      </w:r>
      <w:r w:rsidR="0078775F" w:rsidRPr="008357AC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C20790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grado</w:t>
      </w:r>
      <w:r w:rsidR="00156264" w:rsidRPr="008357A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D21B6E7" w14:textId="0ECC6904" w:rsidR="00026282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2. </w:t>
      </w:r>
      <w:r w:rsidR="00026282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Asistir a la plática de inducción al inicio del ciclo escolar. </w:t>
      </w:r>
    </w:p>
    <w:p w14:paraId="496B8A6E" w14:textId="7FA7410E" w:rsidR="00DA1849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3.</w:t>
      </w:r>
      <w:r w:rsidR="00026282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Dirigir y 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supervisar,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de manera académica y ética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el desarrollo del proyecto de investigación propuesto.</w:t>
      </w:r>
    </w:p>
    <w:p w14:paraId="3DAA728E" w14:textId="2ECF3113" w:rsidR="00DA1849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4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. Garantizar 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viabilidad científica, metodológica,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financiera,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ética y regulatoria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del proyecto de investigación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B32CC69" w14:textId="4AF5ED93" w:rsidR="00DA1849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5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. Dar seguimiento periódico al avance de</w:t>
      </w:r>
      <w:r w:rsidR="00C1338C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C1338C" w:rsidRPr="008357AC">
        <w:rPr>
          <w:rFonts w:ascii="Times New Roman" w:hAnsi="Times New Roman" w:cs="Times New Roman"/>
          <w:sz w:val="24"/>
          <w:szCs w:val="24"/>
          <w:lang w:val="es-ES_tradnl"/>
        </w:rPr>
        <w:t>a/el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estudiante</w:t>
      </w:r>
      <w:r w:rsidR="004E15DF" w:rsidRPr="008357AC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al cumplimiento del plan de estudios del DCB, así como participar activamente en las evaluaciones que establezca el programa.</w:t>
      </w:r>
    </w:p>
    <w:p w14:paraId="56D8B43B" w14:textId="38782212" w:rsidR="00DA1849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6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. Fomentar la formación integral de</w:t>
      </w:r>
      <w:r w:rsidR="004E15DF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4E15DF" w:rsidRPr="008357AC">
        <w:rPr>
          <w:rFonts w:ascii="Times New Roman" w:hAnsi="Times New Roman" w:cs="Times New Roman"/>
          <w:sz w:val="24"/>
          <w:szCs w:val="24"/>
          <w:lang w:val="es-ES_tradnl"/>
        </w:rPr>
        <w:t>a/el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estudiante, promoviendo buenas prácticas científicas, 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>responsabilidad académica y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la</w:t>
      </w:r>
      <w:r w:rsidR="00DA1849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producción científica derivada del proyecto.</w:t>
      </w:r>
    </w:p>
    <w:p w14:paraId="22F53F93" w14:textId="12CE5858" w:rsidR="0078775F" w:rsidRPr="008357AC" w:rsidRDefault="0078775F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7. Informar a la coordinación del programa de doctorado, de manera oportuna, de cualquier eventualidad o irregularidad que presente </w:t>
      </w:r>
      <w:r w:rsidR="007812BE" w:rsidRPr="008357AC">
        <w:rPr>
          <w:rFonts w:ascii="Times New Roman" w:hAnsi="Times New Roman" w:cs="Times New Roman"/>
          <w:sz w:val="24"/>
          <w:szCs w:val="24"/>
          <w:lang w:val="es-ES_tradnl"/>
        </w:rPr>
        <w:t>la/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el estudiante durante su trayectoria académica. </w:t>
      </w:r>
    </w:p>
    <w:p w14:paraId="7AC79C8B" w14:textId="24658776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  <w:t xml:space="preserve">Asimismo, declaro que cumplo con los requisitos académicos establecidos por el programa para fungir como Director(a) de Tesis y que </w:t>
      </w:r>
      <w:r w:rsidR="00881AEE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cuento con 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producción académica y</w:t>
      </w:r>
      <w:r w:rsidR="00B23F25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líneas de investigación afines al proyecto propuesto.</w:t>
      </w:r>
    </w:p>
    <w:p w14:paraId="52871E57" w14:textId="2CB34E0D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62AED33" w14:textId="0FDB589C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Sin otro particular, reitero mi compromiso con la formación de recursos humanos de alto nivel en el DCB y quedo a disposición del Comité de Admisión para cualquier información adicional.</w:t>
      </w:r>
    </w:p>
    <w:p w14:paraId="24A3C075" w14:textId="55F8D5B2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</w:r>
    </w:p>
    <w:p w14:paraId="391AFB9B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Atentamente,</w:t>
      </w:r>
      <w:r w:rsidRPr="008357AC">
        <w:rPr>
          <w:rFonts w:ascii="Times New Roman" w:hAnsi="Times New Roman" w:cs="Times New Roman"/>
          <w:sz w:val="24"/>
          <w:szCs w:val="24"/>
          <w:lang w:val="es-ES_tradnl"/>
        </w:rPr>
        <w:br/>
      </w:r>
    </w:p>
    <w:p w14:paraId="5B333E80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__________________________________</w:t>
      </w:r>
    </w:p>
    <w:p w14:paraId="57F1A27E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Nombre completo</w:t>
      </w:r>
    </w:p>
    <w:p w14:paraId="6BF3AE7C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Grado académico</w:t>
      </w:r>
    </w:p>
    <w:p w14:paraId="21FE41FF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Adscripción institucional</w:t>
      </w:r>
    </w:p>
    <w:p w14:paraId="323692CD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Correo electrónico</w:t>
      </w:r>
    </w:p>
    <w:p w14:paraId="72AAA108" w14:textId="5FB7A438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8357AC">
        <w:rPr>
          <w:rFonts w:ascii="Times New Roman" w:hAnsi="Times New Roman" w:cs="Times New Roman"/>
          <w:sz w:val="24"/>
          <w:szCs w:val="24"/>
          <w:lang w:val="es-ES_tradnl"/>
        </w:rPr>
        <w:t>Teléfono</w:t>
      </w:r>
      <w:r w:rsidR="00B23F25" w:rsidRPr="008357AC">
        <w:rPr>
          <w:rFonts w:ascii="Times New Roman" w:hAnsi="Times New Roman" w:cs="Times New Roman"/>
          <w:sz w:val="24"/>
          <w:szCs w:val="24"/>
          <w:lang w:val="es-ES_tradnl"/>
        </w:rPr>
        <w:t xml:space="preserve"> móvil</w:t>
      </w:r>
    </w:p>
    <w:p w14:paraId="119BA877" w14:textId="77777777" w:rsidR="00DA1849" w:rsidRPr="008357AC" w:rsidRDefault="00DA1849" w:rsidP="00DA1849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sectPr w:rsidR="00DA1849" w:rsidRPr="008357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DC72AC"/>
    <w:multiLevelType w:val="hybridMultilevel"/>
    <w:tmpl w:val="24F8BF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B3712"/>
    <w:multiLevelType w:val="hybridMultilevel"/>
    <w:tmpl w:val="FB9292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9551F"/>
    <w:multiLevelType w:val="hybridMultilevel"/>
    <w:tmpl w:val="A3CE80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66356"/>
    <w:multiLevelType w:val="hybridMultilevel"/>
    <w:tmpl w:val="3A0074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D198A"/>
    <w:multiLevelType w:val="hybridMultilevel"/>
    <w:tmpl w:val="02E455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555190">
    <w:abstractNumId w:val="8"/>
  </w:num>
  <w:num w:numId="2" w16cid:durableId="643244048">
    <w:abstractNumId w:val="6"/>
  </w:num>
  <w:num w:numId="3" w16cid:durableId="53629433">
    <w:abstractNumId w:val="5"/>
  </w:num>
  <w:num w:numId="4" w16cid:durableId="446971902">
    <w:abstractNumId w:val="4"/>
  </w:num>
  <w:num w:numId="5" w16cid:durableId="495847751">
    <w:abstractNumId w:val="7"/>
  </w:num>
  <w:num w:numId="6" w16cid:durableId="428426063">
    <w:abstractNumId w:val="3"/>
  </w:num>
  <w:num w:numId="7" w16cid:durableId="1135022537">
    <w:abstractNumId w:val="2"/>
  </w:num>
  <w:num w:numId="8" w16cid:durableId="1848010180">
    <w:abstractNumId w:val="1"/>
  </w:num>
  <w:num w:numId="9" w16cid:durableId="1221939592">
    <w:abstractNumId w:val="0"/>
  </w:num>
  <w:num w:numId="10" w16cid:durableId="1933080096">
    <w:abstractNumId w:val="9"/>
  </w:num>
  <w:num w:numId="11" w16cid:durableId="686370262">
    <w:abstractNumId w:val="10"/>
  </w:num>
  <w:num w:numId="12" w16cid:durableId="802113381">
    <w:abstractNumId w:val="11"/>
  </w:num>
  <w:num w:numId="13" w16cid:durableId="280654634">
    <w:abstractNumId w:val="13"/>
  </w:num>
  <w:num w:numId="14" w16cid:durableId="8870300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styleLockTheme/>
  <w:styleLockQFSet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201"/>
    <w:rsid w:val="00026282"/>
    <w:rsid w:val="0003147E"/>
    <w:rsid w:val="00034616"/>
    <w:rsid w:val="0006063C"/>
    <w:rsid w:val="0012037B"/>
    <w:rsid w:val="0015074B"/>
    <w:rsid w:val="00156264"/>
    <w:rsid w:val="0029639D"/>
    <w:rsid w:val="00326F90"/>
    <w:rsid w:val="004E15DF"/>
    <w:rsid w:val="00527AC0"/>
    <w:rsid w:val="005652AD"/>
    <w:rsid w:val="006A2088"/>
    <w:rsid w:val="006C6D97"/>
    <w:rsid w:val="00734B99"/>
    <w:rsid w:val="007812BE"/>
    <w:rsid w:val="0078775F"/>
    <w:rsid w:val="007E5876"/>
    <w:rsid w:val="008357AC"/>
    <w:rsid w:val="008634ED"/>
    <w:rsid w:val="00881AEE"/>
    <w:rsid w:val="008F24DE"/>
    <w:rsid w:val="009135E4"/>
    <w:rsid w:val="00931677"/>
    <w:rsid w:val="00AA1D8D"/>
    <w:rsid w:val="00B23F25"/>
    <w:rsid w:val="00B47730"/>
    <w:rsid w:val="00B67B54"/>
    <w:rsid w:val="00BA66AB"/>
    <w:rsid w:val="00BB7E1F"/>
    <w:rsid w:val="00C1338C"/>
    <w:rsid w:val="00C20790"/>
    <w:rsid w:val="00C83F20"/>
    <w:rsid w:val="00CB0664"/>
    <w:rsid w:val="00CE34D8"/>
    <w:rsid w:val="00D12849"/>
    <w:rsid w:val="00DA1849"/>
    <w:rsid w:val="00E34B41"/>
    <w:rsid w:val="00EE3EA1"/>
    <w:rsid w:val="00F4199B"/>
    <w:rsid w:val="00FB7E75"/>
    <w:rsid w:val="00FC693F"/>
    <w:rsid w:val="00FD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7B731"/>
  <w14:defaultImageDpi w14:val="300"/>
  <w15:docId w15:val="{3B726F79-2785-784C-BE4F-69149459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67B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7B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7B5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7B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7B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435</Words>
  <Characters>2689</Characters>
  <Application>Microsoft Office Word</Application>
  <DocSecurity>0</DocSecurity>
  <Lines>67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CIB Biomédicas</cp:lastModifiedBy>
  <cp:revision>7</cp:revision>
  <cp:lastPrinted>2026-02-24T21:24:00Z</cp:lastPrinted>
  <dcterms:created xsi:type="dcterms:W3CDTF">2026-02-24T20:14:00Z</dcterms:created>
  <dcterms:modified xsi:type="dcterms:W3CDTF">2026-02-24T21:31:00Z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fd58584acd728723fdfe0c6c01b5dc7bdbbc4264a494d61d5ee7019209e301b0</vt:lpwstr>
  </property>
</Properties>
</file>